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2926080" cy="1549101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15491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b4d4f"/>
          <w:sz w:val="30"/>
          <w:szCs w:val="30"/>
          <w:rtl w:val="0"/>
        </w:rPr>
        <w:t xml:space="preserve">QU'APPELLE VALLEY CENTRE OF THE ARTS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2e2e"/>
          <w:sz w:val="24"/>
          <w:szCs w:val="24"/>
          <w:rtl w:val="0"/>
        </w:rPr>
        <w:t xml:space="preserve">Gather ‘n Gift: Artisan Market &amp; Open House – Vendor Application Form</w:t>
      </w:r>
      <w:r w:rsidDel="00000000" w:rsidR="00000000" w:rsidRPr="00000000">
        <w:rPr>
          <w:rtl w:val="0"/>
        </w:rPr>
      </w:r>
    </w:p>
    <w:tbl>
      <w:tblPr>
        <w:tblStyle w:val="Table1"/>
        <w:tblW w:w="9906.0" w:type="dxa"/>
        <w:jc w:val="center"/>
        <w:tblLayout w:type="fixed"/>
        <w:tblLook w:val="0400"/>
      </w:tblPr>
      <w:tblGrid>
        <w:gridCol w:w="9906"/>
        <w:tblGridChange w:id="0">
          <w:tblGrid>
            <w:gridCol w:w="9906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1b4d4f" w:space="0" w:sz="24" w:val="single"/>
            </w:tcBorders>
            <w:shd w:fill="f4f6f6" w:val="clear"/>
          </w:tcPr>
          <w:p w:rsidR="00000000" w:rsidDel="00000000" w:rsidP="00000000" w:rsidRDefault="00000000" w:rsidRPr="00000000" w14:paraId="00000004">
            <w:pPr>
              <w:spacing w:after="100" w:before="10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• Date: </w:t>
            </w:r>
            <w:r w:rsidDel="00000000" w:rsidR="00000000" w:rsidRPr="00000000">
              <w:rPr>
                <w:rtl w:val="0"/>
              </w:rPr>
              <w:t xml:space="preserve">December 5th, 2026   |  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Time: </w:t>
            </w:r>
            <w:r w:rsidDel="00000000" w:rsidR="00000000" w:rsidRPr="00000000">
              <w:rPr>
                <w:rtl w:val="0"/>
              </w:rPr>
              <w:t xml:space="preserve">1:00 PM – 6:00 PM</w:t>
              <w:br w:type="textWrapping"/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• Location: </w:t>
            </w:r>
            <w:r w:rsidDel="00000000" w:rsidR="00000000" w:rsidRPr="00000000">
              <w:rPr>
                <w:rtl w:val="0"/>
              </w:rPr>
              <w:t xml:space="preserve">406 4th Street West, Fort Qu'Appelle, Saskatchewan</w:t>
              <w:br w:type="textWrapping"/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• Contact &amp; E-transfers: </w:t>
            </w:r>
            <w:r w:rsidDel="00000000" w:rsidR="00000000" w:rsidRPr="00000000">
              <w:rPr>
                <w:rtl w:val="0"/>
              </w:rPr>
              <w:t xml:space="preserve">valleycentreforthearts@gmail.com</w:t>
            </w:r>
          </w:p>
        </w:tc>
      </w:tr>
    </w:tbl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908.0" w:type="dxa"/>
        <w:jc w:val="center"/>
        <w:tblLayout w:type="fixed"/>
        <w:tblLook w:val="0400"/>
      </w:tblPr>
      <w:tblGrid>
        <w:gridCol w:w="9908"/>
        <w:tblGridChange w:id="0">
          <w:tblGrid>
            <w:gridCol w:w="990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6eaf8" w:space="0" w:sz="4" w:val="single"/>
              <w:left w:color="2980b9" w:space="0" w:sz="18" w:val="single"/>
              <w:bottom w:color="d6eaf8" w:space="0" w:sz="4" w:val="single"/>
              <w:right w:color="d6eaf8" w:space="0" w:sz="4" w:val="single"/>
            </w:tcBorders>
            <w:shd w:fill="ebf5fb" w:val="clear"/>
          </w:tcPr>
          <w:p w:rsidR="00000000" w:rsidDel="00000000" w:rsidP="00000000" w:rsidRDefault="00000000" w:rsidRPr="00000000" w14:paraId="00000006">
            <w:pPr>
              <w:spacing w:after="80" w:before="80" w:lineRule="auto"/>
              <w:rPr/>
            </w:pPr>
            <w:bookmarkStart w:colFirst="0" w:colLast="0" w:name="_heading=h.gzgamj1ws3tv" w:id="0"/>
            <w:bookmarkEnd w:id="0"/>
            <w:r w:rsidDel="00000000" w:rsidR="00000000" w:rsidRPr="00000000">
              <w:rPr>
                <w:b w:val="1"/>
                <w:bCs w:val="1"/>
                <w:color w:val="1b4d4f"/>
                <w:rtl w:val="0"/>
              </w:rPr>
              <w:t xml:space="preserve">How to Complete &amp; Submit This Form:</w:t>
              <w:br w:type="textWrapping"/>
            </w:r>
            <w:r w:rsidDel="00000000" w:rsidR="00000000" w:rsidRPr="00000000">
              <w:rPr>
                <w:rtl w:val="0"/>
              </w:rPr>
              <w:t xml:space="preserve">1. Click/tap on the shaded prompt boxes below to type your answers and check the confirmation box.</w:t>
              <w:br w:type="textWrapping"/>
              <w:t xml:space="preserve">2. Go to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File &gt; Save As</w:t>
            </w:r>
            <w:r w:rsidDel="00000000" w:rsidR="00000000" w:rsidRPr="00000000">
              <w:rPr>
                <w:rtl w:val="0"/>
              </w:rPr>
              <w:t xml:space="preserve"> to save the completed Word document to your computer or device.</w:t>
              <w:br w:type="textWrapping"/>
              <w:t xml:space="preserve">3. Email the saved document (along with 2–3 photos of your work if applicable) to </w:t>
            </w:r>
            <w:hyperlink r:id="rId8">
              <w:r w:rsidDel="00000000" w:rsidR="00000000" w:rsidRPr="00000000">
                <w:rPr>
                  <w:b w:val="1"/>
                  <w:bCs w:val="1"/>
                  <w:color w:val="0000ff"/>
                  <w:u w:val="single"/>
                  <w:rtl w:val="0"/>
                </w:rPr>
                <w:t xml:space="preserve">valleycentreforthearts@gmail.com</w:t>
              </w:r>
            </w:hyperlink>
            <w:r w:rsidDel="00000000" w:rsidR="00000000" w:rsidRPr="00000000">
              <w:rPr>
                <w:rtl w:val="0"/>
              </w:rPr>
              <w:t xml:space="preserve"> by Nov. 4</w:t>
            </w:r>
            <w:r w:rsidDel="00000000" w:rsidR="00000000" w:rsidRPr="00000000">
              <w:rPr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tl w:val="0"/>
              </w:rPr>
              <w:t xml:space="preserve">, 2026.</w:t>
            </w:r>
          </w:p>
        </w:tc>
      </w:tr>
    </w:tbl>
    <w:p w:rsidR="00000000" w:rsidDel="00000000" w:rsidP="00000000" w:rsidRDefault="00000000" w:rsidRPr="00000000" w14:paraId="00000007">
      <w:pPr>
        <w:spacing w:before="160" w:lineRule="auto"/>
        <w:rPr/>
      </w:pPr>
      <w:r w:rsidDel="00000000" w:rsidR="00000000" w:rsidRPr="00000000">
        <w:rPr>
          <w:b w:val="1"/>
          <w:bCs w:val="1"/>
          <w:color w:val="7a2e2e"/>
          <w:rtl w:val="0"/>
        </w:rPr>
        <w:t xml:space="preserve">Strict Criteria: </w:t>
      </w:r>
      <w:r w:rsidDel="00000000" w:rsidR="00000000" w:rsidRPr="00000000">
        <w:rPr>
          <w:rtl w:val="0"/>
        </w:rPr>
        <w:t xml:space="preserve">This is an market exclusively for handmade and original art. Commercial goods, food vendors, buy-and-resell items, and multi-level marketing (MLM) representatives (e.g., Scentsy) will not be accepted.</w:t>
      </w:r>
    </w:p>
    <w:p w:rsidR="00000000" w:rsidDel="00000000" w:rsidP="00000000" w:rsidRDefault="00000000" w:rsidRPr="00000000" w14:paraId="00000008">
      <w:pPr>
        <w:pBdr>
          <w:bottom w:color="1b4d4f" w:space="2" w:sz="6" w:val="single"/>
        </w:pBdr>
        <w:spacing w:after="120" w:before="240" w:lineRule="auto"/>
        <w:rPr/>
      </w:pPr>
      <w:r w:rsidDel="00000000" w:rsidR="00000000" w:rsidRPr="00000000">
        <w:rPr>
          <w:b w:val="1"/>
          <w:bCs w:val="1"/>
          <w:color w:val="1b4d4f"/>
          <w:sz w:val="23"/>
          <w:szCs w:val="23"/>
          <w:rtl w:val="0"/>
        </w:rPr>
        <w:t xml:space="preserve">1. Contact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Artist / Vendor Name: </w:t>
      </w:r>
      <w:r w:rsidDel="00000000" w:rsidR="00000000" w:rsidRPr="00000000">
        <w:rPr>
          <w:color w:val="777777"/>
          <w:rtl w:val="0"/>
        </w:rPr>
        <w:t xml:space="preserve"> Click here to enter your full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Business / Studio Name (if applicable): </w:t>
      </w:r>
      <w:r w:rsidDel="00000000" w:rsidR="00000000" w:rsidRPr="00000000">
        <w:rPr>
          <w:color w:val="777777"/>
          <w:rtl w:val="0"/>
        </w:rPr>
        <w:t xml:space="preserve">Click here to enter business or studio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Email Address: </w:t>
      </w:r>
      <w:r w:rsidDel="00000000" w:rsidR="00000000" w:rsidRPr="00000000">
        <w:rPr>
          <w:color w:val="777777"/>
          <w:rtl w:val="0"/>
        </w:rPr>
        <w:t xml:space="preserve">Click here to enter your email address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Phone Number: </w:t>
      </w:r>
      <w:r w:rsidDel="00000000" w:rsidR="00000000" w:rsidRPr="00000000">
        <w:rPr>
          <w:color w:val="777777"/>
          <w:rtl w:val="0"/>
        </w:rPr>
        <w:t xml:space="preserve">Click here to enter your phone number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Mailing Address / Town: </w:t>
      </w:r>
      <w:r w:rsidDel="00000000" w:rsidR="00000000" w:rsidRPr="00000000">
        <w:rPr>
          <w:color w:val="777777"/>
          <w:rtl w:val="0"/>
        </w:rPr>
        <w:t xml:space="preserve">Click here to enter mailing address and town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bottom w:color="1b4d4f" w:space="2" w:sz="6" w:val="single"/>
        </w:pBdr>
        <w:spacing w:after="120" w:before="240" w:lineRule="auto"/>
        <w:rPr/>
      </w:pPr>
      <w:r w:rsidDel="00000000" w:rsidR="00000000" w:rsidRPr="00000000">
        <w:rPr>
          <w:b w:val="1"/>
          <w:bCs w:val="1"/>
          <w:color w:val="1b4d4f"/>
          <w:sz w:val="23"/>
          <w:szCs w:val="23"/>
          <w:rtl w:val="0"/>
        </w:rPr>
        <w:t xml:space="preserve">2. Art &amp; Media Verification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Type of Art / Medium </w:t>
      </w:r>
      <w:r w:rsidDel="00000000" w:rsidR="00000000" w:rsidRPr="00000000">
        <w:rPr>
          <w:rtl w:val="0"/>
        </w:rPr>
        <w:t xml:space="preserve">(e.g., Pottery, Painting, Woodworking, Textiles, Jewelry):</w:t>
        <w:br w:type="textWrapping"/>
      </w:r>
      <w:r w:rsidDel="00000000" w:rsidR="00000000" w:rsidRPr="00000000">
        <w:rPr>
          <w:color w:val="777777"/>
          <w:rtl w:val="0"/>
        </w:rPr>
        <w:t xml:space="preserve">Click here to enter your art medium(s)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Product Description: </w:t>
      </w:r>
      <w:r w:rsidDel="00000000" w:rsidR="00000000" w:rsidRPr="00000000">
        <w:rPr>
          <w:rtl w:val="0"/>
        </w:rPr>
        <w:t xml:space="preserve">Please briefly describe what you intend to sell and how your items are made.</w:t>
      </w:r>
    </w:p>
    <w:p w:rsidR="00000000" w:rsidDel="00000000" w:rsidP="00000000" w:rsidRDefault="00000000" w:rsidRPr="00000000" w14:paraId="00000011">
      <w:pPr>
        <w:spacing w:after="160" w:lineRule="auto"/>
        <w:rPr/>
      </w:pPr>
      <w:r w:rsidDel="00000000" w:rsidR="00000000" w:rsidRPr="00000000">
        <w:rPr>
          <w:color w:val="777777"/>
          <w:rtl w:val="0"/>
        </w:rPr>
        <w:t xml:space="preserve">Click here to type product description and handmaking process details...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Rule="auto"/>
        <w:rPr/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☐</w:t>
      </w:r>
      <w:r w:rsidDel="00000000" w:rsidR="00000000" w:rsidRPr="00000000">
        <w:rPr>
          <w:rFonts w:ascii="Calibri" w:cs="Calibri" w:eastAsia="Calibri" w:hAnsi="Calibri"/>
          <w:color w:val="222222"/>
          <w:sz w:val="21"/>
          <w:szCs w:val="21"/>
          <w:rtl w:val="0"/>
        </w:rPr>
        <w:t xml:space="preserve"> I certify that 100% of the items I intend to sell are designed and handmade by me. I understand that commercially manufactured goods or MLM products are strictly prohibited.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Online Portfolio / Proof of Work </w:t>
      </w:r>
      <w:r w:rsidDel="00000000" w:rsidR="00000000" w:rsidRPr="00000000">
        <w:rPr>
          <w:rtl w:val="0"/>
        </w:rPr>
        <w:t xml:space="preserve">(Website, Facebook Page, or Instagram handle):</w:t>
        <w:br w:type="textWrapping"/>
      </w:r>
      <w:r w:rsidDel="00000000" w:rsidR="00000000" w:rsidRPr="00000000">
        <w:rPr>
          <w:color w:val="777777"/>
          <w:rtl w:val="0"/>
        </w:rPr>
        <w:t xml:space="preserve">Click here to enter website URL, Facebook page, or Instagram handle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Alternative Photo Submission: </w:t>
      </w:r>
      <w:r w:rsidDel="00000000" w:rsidR="00000000" w:rsidRPr="00000000">
        <w:rPr>
          <w:rtl w:val="0"/>
        </w:rPr>
        <w:t xml:space="preserve">If you do not have a website or social media page for your art, please attach 2–3 photos of your work or studio setup/making process to the email when submitting this application.</w:t>
      </w:r>
    </w:p>
    <w:p w:rsidR="00000000" w:rsidDel="00000000" w:rsidP="00000000" w:rsidRDefault="00000000" w:rsidRPr="00000000" w14:paraId="00000015">
      <w:pPr>
        <w:pBdr>
          <w:bottom w:color="1b4d4f" w:space="2" w:sz="6" w:val="single"/>
        </w:pBdr>
        <w:spacing w:after="120" w:before="240" w:lineRule="auto"/>
        <w:rPr/>
      </w:pPr>
      <w:r w:rsidDel="00000000" w:rsidR="00000000" w:rsidRPr="00000000">
        <w:rPr>
          <w:b w:val="1"/>
          <w:bCs w:val="1"/>
          <w:color w:val="1b4d4f"/>
          <w:sz w:val="23"/>
          <w:szCs w:val="23"/>
          <w:rtl w:val="0"/>
        </w:rPr>
        <w:t xml:space="preserve">3. Vendor Setup (Limit of 10 – First Come Basis)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00" w:lineRule="auto"/>
        <w:rPr/>
      </w:pPr>
      <w:r w:rsidDel="00000000" w:rsidR="00000000" w:rsidRPr="00000000">
        <w:rPr>
          <w:rtl w:val="0"/>
        </w:rPr>
        <w:t xml:space="preserve">Vendor Stalls are approximately 8’ wide x 5’ deep ($20). Only one stall per vendor. If there are available stalls after the application deadline, vendors can pay an additional $20 for two neighboring stalls.</w:t>
      </w:r>
    </w:p>
    <w:p w:rsidR="00000000" w:rsidDel="00000000" w:rsidP="00000000" w:rsidRDefault="00000000" w:rsidRPr="00000000" w14:paraId="00000017">
      <w:pPr>
        <w:spacing w:after="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Special Requests </w:t>
      </w:r>
      <w:r w:rsidDel="00000000" w:rsidR="00000000" w:rsidRPr="00000000">
        <w:rPr>
          <w:rtl w:val="0"/>
        </w:rPr>
        <w:t xml:space="preserve">(e.g., 'Need to be near an electrical outlet', 'Will bring own display easel'). Note: 6’ tables and chairs are available upon request:</w:t>
      </w:r>
    </w:p>
    <w:p w:rsidR="00000000" w:rsidDel="00000000" w:rsidP="00000000" w:rsidRDefault="00000000" w:rsidRPr="00000000" w14:paraId="00000018">
      <w:pPr>
        <w:spacing w:after="160" w:lineRule="auto"/>
        <w:rPr/>
      </w:pPr>
      <w:r w:rsidDel="00000000" w:rsidR="00000000" w:rsidRPr="00000000">
        <w:rPr>
          <w:color w:val="777777"/>
          <w:rtl w:val="0"/>
        </w:rPr>
        <w:t xml:space="preserve">Click here to enter special requests or table/chair needs...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bottom w:color="1b4d4f" w:space="2" w:sz="6" w:val="single"/>
        </w:pBdr>
        <w:spacing w:after="120" w:before="240" w:lineRule="auto"/>
        <w:rPr/>
      </w:pPr>
      <w:r w:rsidDel="00000000" w:rsidR="00000000" w:rsidRPr="00000000">
        <w:rPr>
          <w:b w:val="1"/>
          <w:bCs w:val="1"/>
          <w:color w:val="1b4d4f"/>
          <w:sz w:val="23"/>
          <w:szCs w:val="23"/>
          <w:rtl w:val="0"/>
        </w:rPr>
        <w:t xml:space="preserve">4. Agreement &amp; Signature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Vendor Agreement: </w:t>
      </w:r>
      <w:r w:rsidDel="00000000" w:rsidR="00000000" w:rsidRPr="00000000">
        <w:rPr>
          <w:rtl w:val="0"/>
        </w:rPr>
        <w:t xml:space="preserve">I understand that submitting this application does not guarantee a spot at the market. The QVCA board reviews all applications to ensure the market remains a true handmade art event. If approved, I agree to pay the $20 table fee promptly via e-transfer to </w:t>
      </w:r>
      <w:r w:rsidDel="00000000" w:rsidR="00000000" w:rsidRPr="00000000">
        <w:rPr>
          <w:b w:val="1"/>
          <w:bCs w:val="1"/>
          <w:rtl w:val="0"/>
        </w:rPr>
        <w:t xml:space="preserve">valleycentreforthearts@gmail.com</w:t>
      </w:r>
      <w:r w:rsidDel="00000000" w:rsidR="00000000" w:rsidRPr="00000000">
        <w:rPr>
          <w:rtl w:val="0"/>
        </w:rPr>
        <w:t xml:space="preserve"> to secure my space.</w:t>
      </w:r>
    </w:p>
    <w:p w:rsidR="00000000" w:rsidDel="00000000" w:rsidP="00000000" w:rsidRDefault="00000000" w:rsidRPr="00000000" w14:paraId="0000001B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Applicant Digital Signature / Typed Full Name: </w:t>
      </w:r>
      <w:r w:rsidDel="00000000" w:rsidR="00000000" w:rsidRPr="00000000">
        <w:rPr>
          <w:color w:val="777777"/>
          <w:rtl w:val="0"/>
        </w:rPr>
        <w:t xml:space="preserve">Click here to type your full name as your digital signature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b w:val="1"/>
          <w:bCs w:val="1"/>
          <w:rtl w:val="0"/>
        </w:rPr>
        <w:t xml:space="preserve">Date: </w:t>
      </w:r>
      <w:r w:rsidDel="00000000" w:rsidR="00000000" w:rsidRPr="00000000">
        <w:rPr>
          <w:color w:val="777777"/>
          <w:rtl w:val="0"/>
        </w:rPr>
        <w:t xml:space="preserve">Click here to enter date (MM/DD/YYYY)</w:t>
      </w:r>
      <w:r w:rsidDel="00000000" w:rsidR="00000000" w:rsidRPr="00000000">
        <w:rPr>
          <w:rtl w:val="0"/>
        </w:rPr>
      </w:r>
    </w:p>
    <w:tbl>
      <w:tblPr>
        <w:tblStyle w:val="Table3"/>
        <w:tblW w:w="9908.0" w:type="dxa"/>
        <w:jc w:val="center"/>
        <w:tblLayout w:type="fixed"/>
        <w:tblLook w:val="0400"/>
      </w:tblPr>
      <w:tblGrid>
        <w:gridCol w:w="9908"/>
        <w:tblGridChange w:id="0">
          <w:tblGrid>
            <w:gridCol w:w="990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0e0e0" w:space="0" w:sz="4" w:val="single"/>
              <w:left w:color="d99b00" w:space="0" w:sz="18" w:val="single"/>
              <w:bottom w:color="e0e0e0" w:space="0" w:sz="4" w:val="single"/>
              <w:right w:color="e0e0e0" w:space="0" w:sz="4" w:val="single"/>
            </w:tcBorders>
            <w:shd w:fill="fff9e6" w:val="clear"/>
          </w:tcPr>
          <w:p w:rsidR="00000000" w:rsidDel="00000000" w:rsidP="00000000" w:rsidRDefault="00000000" w:rsidRPr="00000000" w14:paraId="0000001D">
            <w:pPr>
              <w:spacing w:after="80" w:before="80" w:lineRule="auto"/>
              <w:rPr/>
            </w:pPr>
            <w:r w:rsidDel="00000000" w:rsidR="00000000" w:rsidRPr="00000000">
              <w:rPr>
                <w:b w:val="1"/>
                <w:bCs w:val="1"/>
                <w:color w:val="996600"/>
                <w:rtl w:val="0"/>
              </w:rPr>
              <w:t xml:space="preserve">NOTE: </w:t>
            </w:r>
            <w:r w:rsidDel="00000000" w:rsidR="00000000" w:rsidRPr="00000000">
              <w:rPr>
                <w:rtl w:val="0"/>
              </w:rPr>
              <w:t xml:space="preserve">Do not pay the vendor application fee at the time of application. Vendor fees will be collected once all applications have been reviewed and successful applicants have been selected.</w:t>
            </w:r>
          </w:p>
        </w:tc>
      </w:tr>
    </w:tbl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152" w:top="1152" w:left="1152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MS 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character" w:styleId="Hyperlink">
    <w:name w:val="Hyperlink"/>
    <w:basedOn w:val="DefaultParagraphFont"/>
    <w:uiPriority w:val="99"/>
    <w:unhideWhenUsed w:val="1"/>
    <w:rsid w:val="009A22BF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valleycentrefortheart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fFHPbB/8NhHUEprk7/CxxtoQRg==">CgMxLjAyDmguZ3pnYW1qMXdzM3R2OAByITE4dUlkSnVPMTZrM25NWXV6ajdvYkwwRzE0bXR4Z0MwVg==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2026-10-19T20:03:00Z</dcterms:created>
  <dc:creator>python-docx</dc:creator>
</cp:coreProperties>
</file>